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01744" w14:textId="268BB2AD" w:rsidR="00297101" w:rsidRPr="00FD19D0" w:rsidRDefault="00000000" w:rsidP="00FD19D0">
      <w:pPr>
        <w:spacing w:after="0"/>
        <w:jc w:val="center"/>
        <w:rPr>
          <w:rFonts w:cs="Times New Roman"/>
          <w:sz w:val="24"/>
          <w:szCs w:val="24"/>
        </w:rPr>
      </w:pPr>
      <w:r w:rsidRPr="00FD19D0">
        <w:rPr>
          <w:rFonts w:cs="Times New Roman"/>
          <w:b/>
          <w:sz w:val="24"/>
          <w:szCs w:val="24"/>
        </w:rPr>
        <w:t xml:space="preserve">Zarządzenie Nr </w:t>
      </w:r>
      <w:r w:rsidR="002A6FFC">
        <w:rPr>
          <w:rFonts w:cs="Times New Roman"/>
          <w:b/>
          <w:sz w:val="24"/>
          <w:szCs w:val="24"/>
        </w:rPr>
        <w:t>117</w:t>
      </w:r>
      <w:r w:rsidR="00FD19D0" w:rsidRPr="00FD19D0">
        <w:rPr>
          <w:rFonts w:cs="Times New Roman"/>
          <w:b/>
          <w:sz w:val="24"/>
          <w:szCs w:val="24"/>
        </w:rPr>
        <w:t>/2026</w:t>
      </w:r>
    </w:p>
    <w:p w14:paraId="5B1970C8" w14:textId="77777777" w:rsidR="00297101" w:rsidRPr="00FD19D0" w:rsidRDefault="00000000" w:rsidP="00FD19D0">
      <w:pPr>
        <w:spacing w:after="0"/>
        <w:jc w:val="center"/>
        <w:rPr>
          <w:rFonts w:cs="Times New Roman"/>
          <w:sz w:val="24"/>
          <w:szCs w:val="24"/>
        </w:rPr>
      </w:pPr>
      <w:r w:rsidRPr="00FD19D0">
        <w:rPr>
          <w:rFonts w:cs="Times New Roman"/>
          <w:b/>
          <w:sz w:val="24"/>
          <w:szCs w:val="24"/>
        </w:rPr>
        <w:t>Burmistrza Reszla</w:t>
      </w:r>
    </w:p>
    <w:p w14:paraId="33B3F19C" w14:textId="63194047" w:rsidR="00297101" w:rsidRPr="00FD19D0" w:rsidRDefault="00000000" w:rsidP="002A6FFC">
      <w:pPr>
        <w:jc w:val="center"/>
        <w:rPr>
          <w:rFonts w:cs="Times New Roman"/>
          <w:sz w:val="24"/>
          <w:szCs w:val="24"/>
        </w:rPr>
      </w:pPr>
      <w:r w:rsidRPr="00FD19D0">
        <w:rPr>
          <w:rFonts w:cs="Times New Roman"/>
          <w:b/>
          <w:sz w:val="24"/>
          <w:szCs w:val="24"/>
        </w:rPr>
        <w:t xml:space="preserve">z dnia 26 </w:t>
      </w:r>
      <w:r w:rsidR="00FD19D0" w:rsidRPr="00FD19D0">
        <w:rPr>
          <w:rFonts w:cs="Times New Roman"/>
          <w:b/>
          <w:sz w:val="24"/>
          <w:szCs w:val="24"/>
        </w:rPr>
        <w:t xml:space="preserve">października </w:t>
      </w:r>
      <w:r w:rsidRPr="00FD19D0">
        <w:rPr>
          <w:rFonts w:cs="Times New Roman"/>
          <w:b/>
          <w:sz w:val="24"/>
          <w:szCs w:val="24"/>
        </w:rPr>
        <w:t>202</w:t>
      </w:r>
      <w:r w:rsidR="00FD19D0" w:rsidRPr="00FD19D0">
        <w:rPr>
          <w:rFonts w:cs="Times New Roman"/>
          <w:b/>
          <w:sz w:val="24"/>
          <w:szCs w:val="24"/>
        </w:rPr>
        <w:t>6</w:t>
      </w:r>
      <w:r w:rsidRPr="00FD19D0">
        <w:rPr>
          <w:rFonts w:cs="Times New Roman"/>
          <w:b/>
          <w:sz w:val="24"/>
          <w:szCs w:val="24"/>
        </w:rPr>
        <w:t xml:space="preserve"> roku</w:t>
      </w:r>
    </w:p>
    <w:p w14:paraId="190C3367" w14:textId="4F6BA699" w:rsidR="00297101" w:rsidRDefault="00FD19D0" w:rsidP="00454A8A">
      <w:pPr>
        <w:spacing w:after="100"/>
        <w:jc w:val="both"/>
        <w:rPr>
          <w:rFonts w:cs="Times New Roman"/>
          <w:b/>
          <w:bCs/>
          <w:sz w:val="24"/>
          <w:szCs w:val="24"/>
        </w:rPr>
      </w:pPr>
      <w:r w:rsidRPr="00FF40FE">
        <w:rPr>
          <w:rFonts w:cs="Times New Roman"/>
          <w:b/>
          <w:bCs/>
          <w:sz w:val="24"/>
          <w:szCs w:val="24"/>
        </w:rPr>
        <w:t>w sprawie:</w:t>
      </w:r>
      <w:r w:rsidRPr="002A6FFC">
        <w:rPr>
          <w:rFonts w:cs="Times New Roman"/>
          <w:b/>
          <w:bCs/>
          <w:sz w:val="24"/>
          <w:szCs w:val="24"/>
        </w:rPr>
        <w:t xml:space="preserve"> zmiany Zarządzenia Nr 9</w:t>
      </w:r>
      <w:r w:rsidR="00913326">
        <w:rPr>
          <w:rFonts w:cs="Times New Roman"/>
          <w:b/>
          <w:bCs/>
          <w:sz w:val="24"/>
          <w:szCs w:val="24"/>
        </w:rPr>
        <w:t>4</w:t>
      </w:r>
      <w:r w:rsidRPr="002A6FFC">
        <w:rPr>
          <w:rFonts w:cs="Times New Roman"/>
          <w:b/>
          <w:bCs/>
          <w:sz w:val="24"/>
          <w:szCs w:val="24"/>
        </w:rPr>
        <w:t>/20</w:t>
      </w:r>
      <w:r w:rsidR="00913326">
        <w:rPr>
          <w:rFonts w:cs="Times New Roman"/>
          <w:b/>
          <w:bCs/>
          <w:sz w:val="24"/>
          <w:szCs w:val="24"/>
        </w:rPr>
        <w:t>21</w:t>
      </w:r>
      <w:r w:rsidRPr="002A6FFC">
        <w:rPr>
          <w:rFonts w:cs="Times New Roman"/>
          <w:b/>
          <w:bCs/>
          <w:sz w:val="24"/>
          <w:szCs w:val="24"/>
        </w:rPr>
        <w:t xml:space="preserve"> Burmistrza Reszla z dnia </w:t>
      </w:r>
      <w:r w:rsidR="00913326">
        <w:rPr>
          <w:rFonts w:cs="Times New Roman"/>
          <w:b/>
          <w:bCs/>
          <w:sz w:val="24"/>
          <w:szCs w:val="24"/>
        </w:rPr>
        <w:t>2</w:t>
      </w:r>
      <w:r w:rsidRPr="002A6FFC">
        <w:rPr>
          <w:rFonts w:cs="Times New Roman"/>
          <w:b/>
          <w:bCs/>
          <w:sz w:val="24"/>
          <w:szCs w:val="24"/>
        </w:rPr>
        <w:t xml:space="preserve">6 </w:t>
      </w:r>
      <w:r w:rsidR="00913326">
        <w:rPr>
          <w:rFonts w:cs="Times New Roman"/>
          <w:b/>
          <w:bCs/>
          <w:sz w:val="24"/>
          <w:szCs w:val="24"/>
        </w:rPr>
        <w:t>sierpnia</w:t>
      </w:r>
      <w:r w:rsidRPr="002A6FFC">
        <w:rPr>
          <w:rFonts w:cs="Times New Roman"/>
          <w:b/>
          <w:bCs/>
          <w:sz w:val="24"/>
          <w:szCs w:val="24"/>
        </w:rPr>
        <w:t xml:space="preserve"> 20</w:t>
      </w:r>
      <w:r w:rsidR="00913326">
        <w:rPr>
          <w:rFonts w:cs="Times New Roman"/>
          <w:b/>
          <w:bCs/>
          <w:sz w:val="24"/>
          <w:szCs w:val="24"/>
        </w:rPr>
        <w:t>26</w:t>
      </w:r>
      <w:r w:rsidRPr="002A6FFC">
        <w:rPr>
          <w:rFonts w:cs="Times New Roman"/>
          <w:b/>
          <w:bCs/>
          <w:sz w:val="24"/>
          <w:szCs w:val="24"/>
        </w:rPr>
        <w:t xml:space="preserve"> roku w sprawie powołania Komisji ds. weryfikacji i opiniowania złożonych wniosków</w:t>
      </w:r>
      <w:r w:rsidR="00FF40FE">
        <w:rPr>
          <w:rFonts w:cs="Times New Roman"/>
          <w:b/>
          <w:bCs/>
          <w:sz w:val="24"/>
          <w:szCs w:val="24"/>
        </w:rPr>
        <w:t xml:space="preserve"> </w:t>
      </w:r>
      <w:r w:rsidRPr="002A6FFC">
        <w:rPr>
          <w:rFonts w:cs="Times New Roman"/>
          <w:b/>
          <w:bCs/>
          <w:sz w:val="24"/>
          <w:szCs w:val="24"/>
        </w:rPr>
        <w:t>o przyznanie pomocy zdrowotnej z Funduszu Zdrowotnego nauczycielom zatrudnionym</w:t>
      </w:r>
      <w:r w:rsidR="00FF40FE">
        <w:rPr>
          <w:rFonts w:cs="Times New Roman"/>
          <w:b/>
          <w:bCs/>
          <w:sz w:val="24"/>
          <w:szCs w:val="24"/>
        </w:rPr>
        <w:t xml:space="preserve"> </w:t>
      </w:r>
      <w:r w:rsidRPr="002A6FFC">
        <w:rPr>
          <w:rFonts w:cs="Times New Roman"/>
          <w:b/>
          <w:bCs/>
          <w:sz w:val="24"/>
          <w:szCs w:val="24"/>
        </w:rPr>
        <w:t xml:space="preserve">w szkołach </w:t>
      </w:r>
      <w:r w:rsidR="00FF40FE">
        <w:rPr>
          <w:rFonts w:cs="Times New Roman"/>
          <w:b/>
          <w:bCs/>
          <w:sz w:val="24"/>
          <w:szCs w:val="24"/>
        </w:rPr>
        <w:t xml:space="preserve">               </w:t>
      </w:r>
      <w:r w:rsidRPr="002A6FFC">
        <w:rPr>
          <w:rFonts w:cs="Times New Roman"/>
          <w:b/>
          <w:bCs/>
          <w:sz w:val="24"/>
          <w:szCs w:val="24"/>
        </w:rPr>
        <w:t>i placówkach, których organem prowadzącym jest Gmina Reszel oraz emerytom i rencistom tych szkół i placówek.</w:t>
      </w:r>
    </w:p>
    <w:p w14:paraId="532C747F" w14:textId="77777777" w:rsidR="00454A8A" w:rsidRPr="002A6FFC" w:rsidRDefault="00454A8A" w:rsidP="00454A8A">
      <w:pPr>
        <w:spacing w:after="100"/>
        <w:jc w:val="both"/>
        <w:rPr>
          <w:rFonts w:cs="Times New Roman"/>
          <w:b/>
          <w:bCs/>
          <w:sz w:val="24"/>
          <w:szCs w:val="24"/>
        </w:rPr>
      </w:pPr>
    </w:p>
    <w:p w14:paraId="5A7ACA31" w14:textId="24E43D88" w:rsidR="00297101" w:rsidRPr="00FD19D0" w:rsidRDefault="00000000" w:rsidP="00454A8A">
      <w:pPr>
        <w:spacing w:after="100"/>
        <w:ind w:firstLine="720"/>
        <w:jc w:val="both"/>
        <w:rPr>
          <w:rFonts w:cs="Times New Roman"/>
          <w:sz w:val="24"/>
          <w:szCs w:val="24"/>
        </w:rPr>
      </w:pPr>
      <w:r w:rsidRPr="00FD19D0">
        <w:rPr>
          <w:rFonts w:cs="Times New Roman"/>
          <w:sz w:val="24"/>
          <w:szCs w:val="24"/>
        </w:rPr>
        <w:t>Na podstawie § 6 ust. 1 Uchwały Rady Miejskiej Nr XLIII/292/2017 z dnia 28 września 2017 roku w sprawie: określenia rodzaju świadczeń oraz warunki przyznawania pomocy zdrowotnej nauczycielom zatrudnionym w szkołach i placówkach, których organem prowadzącym jest Gmina Reszel</w:t>
      </w:r>
    </w:p>
    <w:p w14:paraId="33AB90A5" w14:textId="77777777" w:rsidR="00297101" w:rsidRDefault="00000000" w:rsidP="00454A8A">
      <w:pPr>
        <w:spacing w:after="240"/>
        <w:jc w:val="both"/>
        <w:rPr>
          <w:rFonts w:cs="Times New Roman"/>
          <w:sz w:val="24"/>
          <w:szCs w:val="24"/>
        </w:rPr>
      </w:pPr>
      <w:r w:rsidRPr="00FD19D0">
        <w:rPr>
          <w:rFonts w:cs="Times New Roman"/>
          <w:sz w:val="24"/>
          <w:szCs w:val="24"/>
        </w:rPr>
        <w:t>zarządzam co następuje:</w:t>
      </w:r>
    </w:p>
    <w:p w14:paraId="757D449E" w14:textId="3CBD441F" w:rsidR="00FF40FE" w:rsidRPr="00FF40FE" w:rsidRDefault="00FF40FE" w:rsidP="00FF40FE">
      <w:pPr>
        <w:spacing w:after="240"/>
        <w:jc w:val="center"/>
        <w:rPr>
          <w:rFonts w:cs="Times New Roman"/>
          <w:b/>
          <w:bCs/>
          <w:sz w:val="24"/>
          <w:szCs w:val="24"/>
        </w:rPr>
      </w:pPr>
      <w:r w:rsidRPr="00FF40FE">
        <w:rPr>
          <w:rFonts w:cs="Times New Roman"/>
          <w:b/>
          <w:bCs/>
          <w:sz w:val="24"/>
          <w:szCs w:val="24"/>
        </w:rPr>
        <w:t>§ 1</w:t>
      </w:r>
    </w:p>
    <w:p w14:paraId="33E70104" w14:textId="60802983" w:rsidR="00297101" w:rsidRPr="00FD19D0" w:rsidRDefault="00000000" w:rsidP="00454A8A">
      <w:pPr>
        <w:spacing w:after="100"/>
        <w:jc w:val="both"/>
        <w:rPr>
          <w:rFonts w:cs="Times New Roman"/>
          <w:sz w:val="24"/>
          <w:szCs w:val="24"/>
        </w:rPr>
      </w:pPr>
      <w:r w:rsidRPr="00FD19D0">
        <w:rPr>
          <w:rFonts w:cs="Times New Roman"/>
          <w:sz w:val="24"/>
          <w:szCs w:val="24"/>
        </w:rPr>
        <w:t>§ 1 Zarządzeni</w:t>
      </w:r>
      <w:r w:rsidR="00FF40FE">
        <w:rPr>
          <w:rFonts w:cs="Times New Roman"/>
          <w:sz w:val="24"/>
          <w:szCs w:val="24"/>
        </w:rPr>
        <w:t>a</w:t>
      </w:r>
      <w:r w:rsidR="002A6FFC" w:rsidRPr="00454A8A">
        <w:rPr>
          <w:rFonts w:cs="Times New Roman"/>
          <w:color w:val="EE0000"/>
          <w:sz w:val="24"/>
          <w:szCs w:val="24"/>
        </w:rPr>
        <w:t xml:space="preserve"> </w:t>
      </w:r>
      <w:r w:rsidR="002A6FFC" w:rsidRPr="00913326">
        <w:rPr>
          <w:rFonts w:cs="Times New Roman"/>
          <w:sz w:val="24"/>
          <w:szCs w:val="24"/>
        </w:rPr>
        <w:t>Nr 9</w:t>
      </w:r>
      <w:r w:rsidR="00FF40FE">
        <w:rPr>
          <w:rFonts w:cs="Times New Roman"/>
          <w:sz w:val="24"/>
          <w:szCs w:val="24"/>
        </w:rPr>
        <w:t>5</w:t>
      </w:r>
      <w:r w:rsidR="002A6FFC" w:rsidRPr="00913326">
        <w:rPr>
          <w:rFonts w:cs="Times New Roman"/>
          <w:sz w:val="24"/>
          <w:szCs w:val="24"/>
        </w:rPr>
        <w:t>/20</w:t>
      </w:r>
      <w:r w:rsidR="00FF40FE">
        <w:rPr>
          <w:rFonts w:cs="Times New Roman"/>
          <w:sz w:val="24"/>
          <w:szCs w:val="24"/>
        </w:rPr>
        <w:t>17</w:t>
      </w:r>
      <w:r w:rsidR="002A6FFC" w:rsidRPr="00913326">
        <w:rPr>
          <w:rFonts w:cs="Times New Roman"/>
          <w:sz w:val="24"/>
          <w:szCs w:val="24"/>
        </w:rPr>
        <w:t xml:space="preserve"> Burmistrza Reszla z dnia </w:t>
      </w:r>
      <w:r w:rsidR="00FF40FE">
        <w:rPr>
          <w:rFonts w:cs="Times New Roman"/>
          <w:sz w:val="24"/>
          <w:szCs w:val="24"/>
        </w:rPr>
        <w:t>1</w:t>
      </w:r>
      <w:r w:rsidR="002A6FFC" w:rsidRPr="00913326">
        <w:rPr>
          <w:rFonts w:cs="Times New Roman"/>
          <w:sz w:val="24"/>
          <w:szCs w:val="24"/>
        </w:rPr>
        <w:t xml:space="preserve">6 </w:t>
      </w:r>
      <w:r w:rsidR="00FF40FE">
        <w:rPr>
          <w:rFonts w:cs="Times New Roman"/>
          <w:sz w:val="24"/>
          <w:szCs w:val="24"/>
        </w:rPr>
        <w:t>października</w:t>
      </w:r>
      <w:r w:rsidR="002A6FFC" w:rsidRPr="00913326">
        <w:rPr>
          <w:rFonts w:cs="Times New Roman"/>
          <w:sz w:val="24"/>
          <w:szCs w:val="24"/>
        </w:rPr>
        <w:t xml:space="preserve"> 20</w:t>
      </w:r>
      <w:r w:rsidR="00FF40FE">
        <w:rPr>
          <w:rFonts w:cs="Times New Roman"/>
          <w:sz w:val="24"/>
          <w:szCs w:val="24"/>
        </w:rPr>
        <w:t>17</w:t>
      </w:r>
      <w:r w:rsidR="002A6FFC" w:rsidRPr="00913326">
        <w:rPr>
          <w:rFonts w:cs="Times New Roman"/>
          <w:sz w:val="24"/>
          <w:szCs w:val="24"/>
        </w:rPr>
        <w:t xml:space="preserve"> r. </w:t>
      </w:r>
      <w:r w:rsidRPr="00FD19D0">
        <w:rPr>
          <w:rFonts w:cs="Times New Roman"/>
          <w:sz w:val="24"/>
          <w:szCs w:val="24"/>
        </w:rPr>
        <w:t>otrzymuje brzmienie:</w:t>
      </w:r>
    </w:p>
    <w:p w14:paraId="0BB95A45" w14:textId="545E3D38" w:rsidR="00FF40FE" w:rsidRDefault="00000000" w:rsidP="00FF40FE">
      <w:pPr>
        <w:spacing w:after="100"/>
        <w:jc w:val="both"/>
        <w:rPr>
          <w:rFonts w:cs="Times New Roman"/>
          <w:sz w:val="24"/>
          <w:szCs w:val="24"/>
        </w:rPr>
      </w:pPr>
      <w:r w:rsidRPr="00FD19D0">
        <w:rPr>
          <w:rFonts w:cs="Times New Roman"/>
          <w:sz w:val="24"/>
          <w:szCs w:val="24"/>
        </w:rPr>
        <w:t xml:space="preserve">Powołuję Komisję ds. weryfikacji i opiniowania złożonych wniosków o przyznanie pomocy zdrowotnej z Funduszu Zdrowotnego nauczycielom zatrudnionym w szkołach i placówkach, których organem prowadzącym jest Gmina Reszel oraz emerytom i rencistom tych szkół </w:t>
      </w:r>
      <w:r w:rsidR="00FF40FE">
        <w:rPr>
          <w:rFonts w:cs="Times New Roman"/>
          <w:sz w:val="24"/>
          <w:szCs w:val="24"/>
        </w:rPr>
        <w:t xml:space="preserve">                      </w:t>
      </w:r>
      <w:r w:rsidRPr="00FD19D0">
        <w:rPr>
          <w:rFonts w:cs="Times New Roman"/>
          <w:sz w:val="24"/>
          <w:szCs w:val="24"/>
        </w:rPr>
        <w:t>i placówek w składzie:</w:t>
      </w:r>
    </w:p>
    <w:p w14:paraId="01B53ECB" w14:textId="603FD41E" w:rsidR="00FF40FE" w:rsidRPr="00FF40FE" w:rsidRDefault="00000000" w:rsidP="00FF40FE">
      <w:pPr>
        <w:pStyle w:val="Akapitzlist"/>
        <w:numPr>
          <w:ilvl w:val="0"/>
          <w:numId w:val="11"/>
        </w:numPr>
        <w:spacing w:after="100"/>
        <w:jc w:val="both"/>
        <w:rPr>
          <w:rFonts w:cs="Times New Roman"/>
          <w:sz w:val="24"/>
          <w:szCs w:val="24"/>
        </w:rPr>
      </w:pPr>
      <w:r w:rsidRPr="00FF40FE">
        <w:rPr>
          <w:rFonts w:cs="Times New Roman"/>
          <w:sz w:val="24"/>
          <w:szCs w:val="24"/>
        </w:rPr>
        <w:t>Anna Tuszyńska-Mieszkowska - przewodniczący – przedstawiciel organu prowadzącego;</w:t>
      </w:r>
    </w:p>
    <w:p w14:paraId="38011226" w14:textId="46929D9C" w:rsidR="00FF40FE" w:rsidRPr="00FF40FE" w:rsidRDefault="00000000" w:rsidP="00FF40FE">
      <w:pPr>
        <w:pStyle w:val="Akapitzlist"/>
        <w:numPr>
          <w:ilvl w:val="0"/>
          <w:numId w:val="11"/>
        </w:numPr>
        <w:spacing w:after="20"/>
        <w:jc w:val="both"/>
        <w:rPr>
          <w:rFonts w:cs="Times New Roman"/>
          <w:sz w:val="24"/>
          <w:szCs w:val="24"/>
        </w:rPr>
      </w:pPr>
      <w:r w:rsidRPr="00FF40FE">
        <w:rPr>
          <w:rFonts w:cs="Times New Roman"/>
          <w:sz w:val="24"/>
          <w:szCs w:val="24"/>
        </w:rPr>
        <w:t>Pan Edward Szmul – dyrektor szkoły;</w:t>
      </w:r>
    </w:p>
    <w:p w14:paraId="538650FC" w14:textId="70B3AD02" w:rsidR="00FF40FE" w:rsidRPr="00FF40FE" w:rsidRDefault="00000000" w:rsidP="00FF40FE">
      <w:pPr>
        <w:pStyle w:val="Akapitzlist"/>
        <w:numPr>
          <w:ilvl w:val="0"/>
          <w:numId w:val="11"/>
        </w:numPr>
        <w:spacing w:after="20"/>
        <w:jc w:val="both"/>
        <w:rPr>
          <w:rFonts w:cs="Times New Roman"/>
          <w:sz w:val="24"/>
          <w:szCs w:val="24"/>
        </w:rPr>
      </w:pPr>
      <w:r w:rsidRPr="00FF40FE">
        <w:rPr>
          <w:rFonts w:cs="Times New Roman"/>
          <w:sz w:val="24"/>
          <w:szCs w:val="24"/>
        </w:rPr>
        <w:t xml:space="preserve">Pani Marta </w:t>
      </w:r>
      <w:proofErr w:type="spellStart"/>
      <w:r w:rsidRPr="00FF40FE">
        <w:rPr>
          <w:rFonts w:cs="Times New Roman"/>
          <w:sz w:val="24"/>
          <w:szCs w:val="24"/>
        </w:rPr>
        <w:t>Brygoła</w:t>
      </w:r>
      <w:proofErr w:type="spellEnd"/>
      <w:r w:rsidRPr="00FF40FE">
        <w:rPr>
          <w:rFonts w:cs="Times New Roman"/>
          <w:sz w:val="24"/>
          <w:szCs w:val="24"/>
        </w:rPr>
        <w:t xml:space="preserve"> – nauczyciel ze szkoły, wskazany przez radę pedagogiczną,</w:t>
      </w:r>
    </w:p>
    <w:p w14:paraId="3C5101E5" w14:textId="77777777" w:rsidR="00FF40FE" w:rsidRPr="00FF40FE" w:rsidRDefault="00000000" w:rsidP="00FF40FE">
      <w:pPr>
        <w:pStyle w:val="Akapitzlist"/>
        <w:numPr>
          <w:ilvl w:val="0"/>
          <w:numId w:val="11"/>
        </w:numPr>
        <w:spacing w:after="20"/>
        <w:jc w:val="both"/>
        <w:rPr>
          <w:rFonts w:cs="Times New Roman"/>
          <w:sz w:val="24"/>
          <w:szCs w:val="24"/>
        </w:rPr>
      </w:pPr>
      <w:r w:rsidRPr="00FF40FE">
        <w:rPr>
          <w:rFonts w:cs="Times New Roman"/>
          <w:sz w:val="24"/>
          <w:szCs w:val="24"/>
        </w:rPr>
        <w:t>Pani Iwona Michalska – przedstawiciel Międzyzakładowej Organizacji Związkowej Pracowników Oświaty NSZZ „Solidarność”,</w:t>
      </w:r>
    </w:p>
    <w:p w14:paraId="0241DDE6" w14:textId="77777777" w:rsidR="00FF40FE" w:rsidRPr="00FF40FE" w:rsidRDefault="00000000" w:rsidP="00FF40FE">
      <w:pPr>
        <w:pStyle w:val="Akapitzlist"/>
        <w:numPr>
          <w:ilvl w:val="0"/>
          <w:numId w:val="11"/>
        </w:numPr>
        <w:spacing w:after="20"/>
        <w:jc w:val="both"/>
        <w:rPr>
          <w:rFonts w:cs="Times New Roman"/>
          <w:sz w:val="24"/>
          <w:szCs w:val="24"/>
        </w:rPr>
      </w:pPr>
      <w:r w:rsidRPr="00FF40FE">
        <w:rPr>
          <w:rFonts w:cs="Times New Roman"/>
          <w:sz w:val="24"/>
          <w:szCs w:val="24"/>
        </w:rPr>
        <w:t>Pani Elżbieta Ziółek – przedstawiciel Związku Nauczycielstwa Polskiego,</w:t>
      </w:r>
    </w:p>
    <w:p w14:paraId="4BDB7925" w14:textId="421A33CC" w:rsidR="00297101" w:rsidRPr="00FF40FE" w:rsidRDefault="00000000" w:rsidP="00FF40FE">
      <w:pPr>
        <w:pStyle w:val="Akapitzlist"/>
        <w:numPr>
          <w:ilvl w:val="0"/>
          <w:numId w:val="11"/>
        </w:numPr>
        <w:spacing w:after="20"/>
        <w:jc w:val="both"/>
        <w:rPr>
          <w:rFonts w:cs="Times New Roman"/>
          <w:sz w:val="24"/>
          <w:szCs w:val="24"/>
        </w:rPr>
      </w:pPr>
      <w:r w:rsidRPr="00FF40FE">
        <w:rPr>
          <w:rFonts w:cs="Times New Roman"/>
          <w:sz w:val="24"/>
          <w:szCs w:val="24"/>
        </w:rPr>
        <w:t xml:space="preserve">Pani Barbara </w:t>
      </w:r>
      <w:proofErr w:type="spellStart"/>
      <w:r w:rsidRPr="00FF40FE">
        <w:rPr>
          <w:rFonts w:cs="Times New Roman"/>
          <w:sz w:val="24"/>
          <w:szCs w:val="24"/>
        </w:rPr>
        <w:t>Szewielińska</w:t>
      </w:r>
      <w:proofErr w:type="spellEnd"/>
      <w:r w:rsidRPr="00FF40FE">
        <w:rPr>
          <w:rFonts w:cs="Times New Roman"/>
          <w:sz w:val="24"/>
          <w:szCs w:val="24"/>
        </w:rPr>
        <w:t xml:space="preserve"> – przedstawiciel emerytów i rencistów.</w:t>
      </w:r>
    </w:p>
    <w:p w14:paraId="1C66CC0D" w14:textId="77777777" w:rsidR="00FF40FE" w:rsidRDefault="00FF40FE" w:rsidP="00FF40FE">
      <w:pPr>
        <w:spacing w:after="240"/>
        <w:jc w:val="center"/>
        <w:rPr>
          <w:rFonts w:cs="Times New Roman"/>
          <w:b/>
          <w:bCs/>
          <w:sz w:val="24"/>
          <w:szCs w:val="24"/>
        </w:rPr>
      </w:pPr>
      <w:r w:rsidRPr="00FF40FE">
        <w:rPr>
          <w:rFonts w:cs="Times New Roman"/>
          <w:b/>
          <w:bCs/>
          <w:sz w:val="24"/>
          <w:szCs w:val="24"/>
        </w:rPr>
        <w:t xml:space="preserve">§ </w:t>
      </w:r>
      <w:r>
        <w:rPr>
          <w:rFonts w:cs="Times New Roman"/>
          <w:b/>
          <w:bCs/>
          <w:sz w:val="24"/>
          <w:szCs w:val="24"/>
        </w:rPr>
        <w:t>2</w:t>
      </w:r>
    </w:p>
    <w:p w14:paraId="0837E72E" w14:textId="2EAEC772" w:rsidR="00297101" w:rsidRPr="00FF40FE" w:rsidRDefault="00000000" w:rsidP="00FF40FE">
      <w:pPr>
        <w:spacing w:after="240"/>
        <w:rPr>
          <w:rFonts w:cs="Times New Roman"/>
          <w:b/>
          <w:bCs/>
          <w:sz w:val="24"/>
          <w:szCs w:val="24"/>
        </w:rPr>
      </w:pPr>
      <w:r w:rsidRPr="00FD19D0">
        <w:rPr>
          <w:rFonts w:cs="Times New Roman"/>
          <w:sz w:val="24"/>
          <w:szCs w:val="24"/>
        </w:rPr>
        <w:t>Zarządzenie wchodzi w życie z dniem podpisania.</w:t>
      </w:r>
    </w:p>
    <w:sectPr w:rsidR="00297101" w:rsidRPr="00FF40FE" w:rsidSect="00454A8A">
      <w:pgSz w:w="12240" w:h="15840"/>
      <w:pgMar w:top="1135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B43768"/>
    <w:multiLevelType w:val="hybridMultilevel"/>
    <w:tmpl w:val="1C86C71E"/>
    <w:lvl w:ilvl="0" w:tplc="6056327C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597E1293"/>
    <w:multiLevelType w:val="hybridMultilevel"/>
    <w:tmpl w:val="7E40ED70"/>
    <w:lvl w:ilvl="0" w:tplc="6056327C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058480">
    <w:abstractNumId w:val="8"/>
  </w:num>
  <w:num w:numId="2" w16cid:durableId="1339848366">
    <w:abstractNumId w:val="6"/>
  </w:num>
  <w:num w:numId="3" w16cid:durableId="18242117">
    <w:abstractNumId w:val="5"/>
  </w:num>
  <w:num w:numId="4" w16cid:durableId="113256755">
    <w:abstractNumId w:val="4"/>
  </w:num>
  <w:num w:numId="5" w16cid:durableId="970475495">
    <w:abstractNumId w:val="7"/>
  </w:num>
  <w:num w:numId="6" w16cid:durableId="494880875">
    <w:abstractNumId w:val="3"/>
  </w:num>
  <w:num w:numId="7" w16cid:durableId="1024163511">
    <w:abstractNumId w:val="2"/>
  </w:num>
  <w:num w:numId="8" w16cid:durableId="1047795262">
    <w:abstractNumId w:val="1"/>
  </w:num>
  <w:num w:numId="9" w16cid:durableId="1611662723">
    <w:abstractNumId w:val="0"/>
  </w:num>
  <w:num w:numId="10" w16cid:durableId="384108244">
    <w:abstractNumId w:val="9"/>
  </w:num>
  <w:num w:numId="11" w16cid:durableId="18665583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7101"/>
    <w:rsid w:val="002A6FFC"/>
    <w:rsid w:val="002E0569"/>
    <w:rsid w:val="00326F90"/>
    <w:rsid w:val="00454A8A"/>
    <w:rsid w:val="005B38E3"/>
    <w:rsid w:val="00913326"/>
    <w:rsid w:val="00AA1D8D"/>
    <w:rsid w:val="00B47730"/>
    <w:rsid w:val="00CB0664"/>
    <w:rsid w:val="00F06A9E"/>
    <w:rsid w:val="00FC693F"/>
    <w:rsid w:val="00FD19D0"/>
    <w:rsid w:val="00FF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8D246"/>
  <w14:defaultImageDpi w14:val="300"/>
  <w15:docId w15:val="{84450FA1-059D-415B-936C-A9505A48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pakiet5</cp:lastModifiedBy>
  <cp:revision>4</cp:revision>
  <cp:lastPrinted>2026-10-26T09:35:00Z</cp:lastPrinted>
  <dcterms:created xsi:type="dcterms:W3CDTF">2026-10-26T11:10:00Z</dcterms:created>
  <dcterms:modified xsi:type="dcterms:W3CDTF">2026-10-27T10:30:00Z</dcterms:modified>
  <cp:category/>
</cp:coreProperties>
</file>