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F0DAF" w14:textId="77777777" w:rsidR="00E54F4C" w:rsidRPr="00B4508E" w:rsidRDefault="00000000">
      <w:pPr>
        <w:jc w:val="right"/>
        <w:rPr>
          <w:rFonts w:ascii="Times New Roman" w:hAnsi="Times New Roman" w:cs="Times New Roman"/>
          <w:sz w:val="20"/>
          <w:szCs w:val="20"/>
        </w:rPr>
      </w:pPr>
      <w:r w:rsidRPr="00B4508E">
        <w:rPr>
          <w:rFonts w:ascii="Times New Roman" w:hAnsi="Times New Roman" w:cs="Times New Roman"/>
          <w:sz w:val="20"/>
          <w:szCs w:val="20"/>
        </w:rPr>
        <w:t>Załącznik nr 1 do Regulaminu</w:t>
      </w:r>
      <w:r w:rsidRPr="00B4508E">
        <w:rPr>
          <w:rFonts w:ascii="Times New Roman" w:hAnsi="Times New Roman" w:cs="Times New Roman"/>
          <w:sz w:val="20"/>
          <w:szCs w:val="20"/>
        </w:rPr>
        <w:br/>
        <w:t>konkursu fotograficznego</w:t>
      </w:r>
      <w:r w:rsidRPr="00B4508E">
        <w:rPr>
          <w:rFonts w:ascii="Times New Roman" w:hAnsi="Times New Roman" w:cs="Times New Roman"/>
          <w:sz w:val="20"/>
          <w:szCs w:val="20"/>
        </w:rPr>
        <w:br/>
        <w:t>„Reszel w obiektywie – Kalendarz 2027”</w:t>
      </w:r>
    </w:p>
    <w:p w14:paraId="205CE8AA" w14:textId="77777777" w:rsidR="00E54F4C" w:rsidRPr="00B4508E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b/>
          <w:sz w:val="24"/>
          <w:szCs w:val="24"/>
        </w:rPr>
        <w:t>FORMULARZ ZGŁOSZENIOWY</w:t>
      </w:r>
    </w:p>
    <w:p w14:paraId="27567F6D" w14:textId="77777777" w:rsidR="00E54F4C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08E">
        <w:rPr>
          <w:rFonts w:ascii="Times New Roman" w:hAnsi="Times New Roman" w:cs="Times New Roman"/>
          <w:b/>
          <w:sz w:val="24"/>
          <w:szCs w:val="24"/>
        </w:rPr>
        <w:t>do konkursu fotograficznego</w:t>
      </w:r>
      <w:r w:rsidRPr="00B4508E">
        <w:rPr>
          <w:rFonts w:ascii="Times New Roman" w:hAnsi="Times New Roman" w:cs="Times New Roman"/>
          <w:b/>
          <w:sz w:val="24"/>
          <w:szCs w:val="24"/>
        </w:rPr>
        <w:br/>
        <w:t>„RESZEL W OBIEKTYWIE – KALENDARZ 2027”</w:t>
      </w:r>
    </w:p>
    <w:p w14:paraId="67B507D4" w14:textId="77777777" w:rsidR="00B44441" w:rsidRPr="00B4508E" w:rsidRDefault="00B4444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633EE2" w14:textId="79EB7B93" w:rsidR="00E54F4C" w:rsidRPr="00B4508E" w:rsidRDefault="00000000" w:rsidP="00B4508E">
      <w:pPr>
        <w:pStyle w:val="Akapitzlist"/>
        <w:numPr>
          <w:ilvl w:val="0"/>
          <w:numId w:val="14"/>
        </w:numPr>
        <w:spacing w:before="140" w:after="80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b/>
          <w:sz w:val="24"/>
          <w:szCs w:val="24"/>
        </w:rPr>
        <w:t>Dane uczestnika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803"/>
      </w:tblGrid>
      <w:tr w:rsidR="00E54F4C" w:rsidRPr="00B4508E" w14:paraId="720792DD" w14:textId="77777777">
        <w:trPr>
          <w:jc w:val="center"/>
        </w:trPr>
        <w:tc>
          <w:tcPr>
            <w:tcW w:w="2551" w:type="dxa"/>
            <w:vAlign w:val="center"/>
          </w:tcPr>
          <w:p w14:paraId="4670261D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6803" w:type="dxa"/>
            <w:vAlign w:val="center"/>
          </w:tcPr>
          <w:p w14:paraId="57730159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F4C" w:rsidRPr="00B4508E" w14:paraId="5C8EEC9C" w14:textId="77777777">
        <w:trPr>
          <w:jc w:val="center"/>
        </w:trPr>
        <w:tc>
          <w:tcPr>
            <w:tcW w:w="2551" w:type="dxa"/>
            <w:vAlign w:val="center"/>
          </w:tcPr>
          <w:p w14:paraId="279A18D4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6803" w:type="dxa"/>
            <w:vAlign w:val="center"/>
          </w:tcPr>
          <w:p w14:paraId="5DB75042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F4C" w:rsidRPr="00B4508E" w14:paraId="708A4C04" w14:textId="77777777">
        <w:trPr>
          <w:jc w:val="center"/>
        </w:trPr>
        <w:tc>
          <w:tcPr>
            <w:tcW w:w="2551" w:type="dxa"/>
            <w:vAlign w:val="center"/>
          </w:tcPr>
          <w:p w14:paraId="72180771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6803" w:type="dxa"/>
            <w:vAlign w:val="center"/>
          </w:tcPr>
          <w:p w14:paraId="1EE27409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9331FD" w14:textId="61BE5A91" w:rsidR="00E54F4C" w:rsidRPr="00B4508E" w:rsidRDefault="00000000" w:rsidP="00B4508E">
      <w:pPr>
        <w:pStyle w:val="Akapitzlist"/>
        <w:numPr>
          <w:ilvl w:val="0"/>
          <w:numId w:val="14"/>
        </w:numPr>
        <w:spacing w:before="140" w:after="80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b/>
          <w:sz w:val="24"/>
          <w:szCs w:val="24"/>
        </w:rPr>
        <w:t>Zgłaszane fotografie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6029"/>
        <w:gridCol w:w="3303"/>
      </w:tblGrid>
      <w:tr w:rsidR="00E54F4C" w:rsidRPr="00B4508E" w14:paraId="21E91C2E" w14:textId="77777777" w:rsidTr="00B4508E">
        <w:trPr>
          <w:jc w:val="center"/>
        </w:trPr>
        <w:tc>
          <w:tcPr>
            <w:tcW w:w="567" w:type="dxa"/>
            <w:vAlign w:val="center"/>
          </w:tcPr>
          <w:p w14:paraId="1DF16631" w14:textId="4F7AB793" w:rsidR="00E54F4C" w:rsidRPr="00B4508E" w:rsidRDefault="00B4508E" w:rsidP="00B45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6081" w:type="dxa"/>
            <w:vAlign w:val="center"/>
          </w:tcPr>
          <w:p w14:paraId="50EA30E1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b/>
                <w:sz w:val="24"/>
                <w:szCs w:val="24"/>
              </w:rPr>
              <w:t>Tytuł / krótki opis fotografii</w:t>
            </w:r>
          </w:p>
        </w:tc>
        <w:tc>
          <w:tcPr>
            <w:tcW w:w="3324" w:type="dxa"/>
            <w:vAlign w:val="center"/>
          </w:tcPr>
          <w:p w14:paraId="436201BA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b/>
                <w:sz w:val="24"/>
                <w:szCs w:val="24"/>
              </w:rPr>
              <w:t>Miejsce wykonania fotografii</w:t>
            </w:r>
          </w:p>
        </w:tc>
      </w:tr>
      <w:tr w:rsidR="00E54F4C" w:rsidRPr="00B4508E" w14:paraId="6FA4A0E8" w14:textId="77777777" w:rsidTr="00B4508E">
        <w:trPr>
          <w:trHeight w:val="533"/>
          <w:jc w:val="center"/>
        </w:trPr>
        <w:tc>
          <w:tcPr>
            <w:tcW w:w="567" w:type="dxa"/>
            <w:vAlign w:val="center"/>
          </w:tcPr>
          <w:p w14:paraId="06EAE1DD" w14:textId="13EFC78D" w:rsidR="00E54F4C" w:rsidRPr="00B4508E" w:rsidRDefault="00E54F4C" w:rsidP="00B4508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1" w:type="dxa"/>
            <w:vAlign w:val="center"/>
          </w:tcPr>
          <w:p w14:paraId="7BE783E5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vAlign w:val="center"/>
          </w:tcPr>
          <w:p w14:paraId="7BBBD343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F4C" w:rsidRPr="00B4508E" w14:paraId="3A30245B" w14:textId="77777777" w:rsidTr="00B4508E">
        <w:trPr>
          <w:trHeight w:val="533"/>
          <w:jc w:val="center"/>
        </w:trPr>
        <w:tc>
          <w:tcPr>
            <w:tcW w:w="567" w:type="dxa"/>
            <w:vAlign w:val="center"/>
          </w:tcPr>
          <w:p w14:paraId="19BDCFF5" w14:textId="70C728E9" w:rsidR="00E54F4C" w:rsidRPr="00B4508E" w:rsidRDefault="00E54F4C" w:rsidP="00B4508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1" w:type="dxa"/>
            <w:vAlign w:val="center"/>
          </w:tcPr>
          <w:p w14:paraId="21DF9E3B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vAlign w:val="center"/>
          </w:tcPr>
          <w:p w14:paraId="1AC60811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F4C" w:rsidRPr="00B4508E" w14:paraId="4E53DACD" w14:textId="77777777" w:rsidTr="00B4508E">
        <w:trPr>
          <w:trHeight w:val="533"/>
          <w:jc w:val="center"/>
        </w:trPr>
        <w:tc>
          <w:tcPr>
            <w:tcW w:w="567" w:type="dxa"/>
            <w:vAlign w:val="center"/>
          </w:tcPr>
          <w:p w14:paraId="63EF8907" w14:textId="237977CB" w:rsidR="00E54F4C" w:rsidRPr="00B4508E" w:rsidRDefault="00E54F4C" w:rsidP="00B4508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1" w:type="dxa"/>
            <w:vAlign w:val="center"/>
          </w:tcPr>
          <w:p w14:paraId="7768C6CD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vAlign w:val="center"/>
          </w:tcPr>
          <w:p w14:paraId="099FB0F2" w14:textId="77777777" w:rsidR="00E54F4C" w:rsidRPr="00B4508E" w:rsidRDefault="00E54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DCEBB" w14:textId="2EE4F0F4" w:rsidR="00E54F4C" w:rsidRPr="00B4508E" w:rsidRDefault="00000000" w:rsidP="00B4508E">
      <w:pPr>
        <w:pStyle w:val="Akapitzlist"/>
        <w:numPr>
          <w:ilvl w:val="0"/>
          <w:numId w:val="14"/>
        </w:numPr>
        <w:spacing w:before="140" w:after="80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b/>
          <w:sz w:val="24"/>
          <w:szCs w:val="24"/>
        </w:rPr>
        <w:t>Oświadczenia uczestnika</w:t>
      </w:r>
    </w:p>
    <w:p w14:paraId="00F090C3" w14:textId="77777777" w:rsidR="00E54F4C" w:rsidRPr="00B4508E" w:rsidRDefault="00000000">
      <w:pPr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Oświadczam, że:</w:t>
      </w:r>
    </w:p>
    <w:p w14:paraId="27EE3E7E" w14:textId="4D7A95C7" w:rsidR="00E54F4C" w:rsidRPr="00B4508E" w:rsidRDefault="00B4508E" w:rsidP="00B450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Zapoznałem/am się z Regulaminem konkursu fotograficznego „Reszel w obiektywie – Kalendarz 2027” i akceptuję jego postanowienia;</w:t>
      </w:r>
    </w:p>
    <w:p w14:paraId="79E03457" w14:textId="019F0B21" w:rsidR="00E54F4C" w:rsidRPr="00B4508E" w:rsidRDefault="00B4508E" w:rsidP="00B450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Jestem autorem/autorką zgłoszonych fotografii i posiadam prawa umożliwiające ich zgłoszenie do Konkursu oraz wykorzystanie na zasadach określonych w Regulaminie;</w:t>
      </w:r>
    </w:p>
    <w:p w14:paraId="2944F318" w14:textId="675D4EA5" w:rsidR="00E54F4C" w:rsidRPr="00B4508E" w:rsidRDefault="00B4508E" w:rsidP="00B450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Zgłoszone fotografie nie naruszają praw osób trzecich;</w:t>
      </w:r>
    </w:p>
    <w:p w14:paraId="552E96CA" w14:textId="09A70451" w:rsidR="00E54F4C" w:rsidRPr="00B4508E" w:rsidRDefault="00B4508E" w:rsidP="00B450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W przypadku utrwalenia na fotografiach wizerunku osób posiadam wymagane prawem zgody na jego rozpowszechnianie, jeżeli takie zgody są wymagane;</w:t>
      </w:r>
    </w:p>
    <w:p w14:paraId="1393E3E3" w14:textId="7C1B43EB" w:rsidR="00E54F4C" w:rsidRDefault="00B4508E" w:rsidP="00B4508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Wyrażam zgodę na wykorzystanie zgłoszonych fotografii na zasadach określonych w Regulaminie Konkursu.</w:t>
      </w:r>
    </w:p>
    <w:p w14:paraId="2FDB0FBE" w14:textId="77777777" w:rsidR="00B4508E" w:rsidRPr="00B4508E" w:rsidRDefault="00B4508E" w:rsidP="00B4508E">
      <w:pPr>
        <w:pStyle w:val="Akapitzlist"/>
        <w:ind w:left="50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E54F4C" w:rsidRPr="00B4508E" w14:paraId="2D01E7B2" w14:textId="77777777">
        <w:trPr>
          <w:jc w:val="center"/>
        </w:trPr>
        <w:tc>
          <w:tcPr>
            <w:tcW w:w="4986" w:type="dxa"/>
          </w:tcPr>
          <w:p w14:paraId="2B9A3563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t>Miejscowość i data:</w:t>
            </w:r>
          </w:p>
        </w:tc>
        <w:tc>
          <w:tcPr>
            <w:tcW w:w="4986" w:type="dxa"/>
          </w:tcPr>
          <w:p w14:paraId="55FEDA19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t>Czytelny podpis uczestnika:</w:t>
            </w:r>
          </w:p>
        </w:tc>
      </w:tr>
      <w:tr w:rsidR="00E54F4C" w:rsidRPr="00B4508E" w14:paraId="60BAE012" w14:textId="77777777">
        <w:trPr>
          <w:jc w:val="center"/>
        </w:trPr>
        <w:tc>
          <w:tcPr>
            <w:tcW w:w="4986" w:type="dxa"/>
          </w:tcPr>
          <w:p w14:paraId="3D225FBF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</w:t>
            </w:r>
          </w:p>
        </w:tc>
        <w:tc>
          <w:tcPr>
            <w:tcW w:w="4986" w:type="dxa"/>
          </w:tcPr>
          <w:p w14:paraId="6ABFF22F" w14:textId="77777777" w:rsidR="00E54F4C" w:rsidRPr="00B4508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08E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</w:t>
            </w:r>
          </w:p>
        </w:tc>
      </w:tr>
    </w:tbl>
    <w:p w14:paraId="7C32FB10" w14:textId="50A98C5C" w:rsidR="00E54F4C" w:rsidRPr="00B4508E" w:rsidRDefault="00000000" w:rsidP="00B4508E">
      <w:pPr>
        <w:pStyle w:val="Akapitzlist"/>
        <w:numPr>
          <w:ilvl w:val="0"/>
          <w:numId w:val="14"/>
        </w:numPr>
        <w:spacing w:before="140" w:after="80"/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b/>
          <w:sz w:val="24"/>
          <w:szCs w:val="24"/>
        </w:rPr>
        <w:t>Zgoda rodzica lub opiekuna prawnego</w:t>
      </w:r>
    </w:p>
    <w:p w14:paraId="4AD67D90" w14:textId="77777777" w:rsidR="00E54F4C" w:rsidRPr="00B4508E" w:rsidRDefault="00000000">
      <w:pPr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i/>
          <w:sz w:val="24"/>
          <w:szCs w:val="24"/>
        </w:rPr>
        <w:t>(w przypadku uczestnika niepełnoletniego)</w:t>
      </w:r>
    </w:p>
    <w:p w14:paraId="219BD4C2" w14:textId="77777777" w:rsidR="00E54F4C" w:rsidRPr="00B4508E" w:rsidRDefault="00000000">
      <w:pPr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Wyrażam zgodę na udział mojego dziecka/podopiecznego w konkursie fotograficznym „Reszel w obiektywie – Kalendarz 2027” oraz akceptuję postanowienia Regulaminu Konkursu.</w:t>
      </w:r>
    </w:p>
    <w:p w14:paraId="723DC8FA" w14:textId="77777777" w:rsidR="00E54F4C" w:rsidRPr="00B4508E" w:rsidRDefault="00000000">
      <w:pPr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Imię i nazwisko rodzica/opiekuna prawnego:  ................................................................................</w:t>
      </w:r>
    </w:p>
    <w:p w14:paraId="475408FE" w14:textId="77777777" w:rsidR="00E54F4C" w:rsidRDefault="00000000">
      <w:pPr>
        <w:rPr>
          <w:rFonts w:ascii="Times New Roman" w:hAnsi="Times New Roman" w:cs="Times New Roman"/>
          <w:sz w:val="24"/>
          <w:szCs w:val="24"/>
        </w:rPr>
      </w:pPr>
      <w:r w:rsidRPr="00B4508E">
        <w:rPr>
          <w:rFonts w:ascii="Times New Roman" w:hAnsi="Times New Roman" w:cs="Times New Roman"/>
          <w:sz w:val="24"/>
          <w:szCs w:val="24"/>
        </w:rPr>
        <w:t>Data i podpis:  ........................................................................................................................</w:t>
      </w:r>
    </w:p>
    <w:p w14:paraId="197DADC4" w14:textId="77777777" w:rsidR="00CF0C24" w:rsidRDefault="00CF0C24" w:rsidP="00CF0C24">
      <w:pPr>
        <w:autoSpaceDE w:val="0"/>
        <w:autoSpaceDN w:val="0"/>
        <w:adjustRightInd w:val="0"/>
        <w:spacing w:before="100" w:beforeAutospacing="1" w:line="256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28FD370" w14:textId="73DDA7DD" w:rsidR="00CF0C24" w:rsidRDefault="00CF0C24" w:rsidP="00CF0C24">
      <w:pPr>
        <w:autoSpaceDE w:val="0"/>
        <w:autoSpaceDN w:val="0"/>
        <w:adjustRightInd w:val="0"/>
        <w:spacing w:before="100" w:beforeAutospacing="1" w:line="256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0C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dotycząca przetwarzania danych osobowych</w:t>
      </w:r>
    </w:p>
    <w:p w14:paraId="4115940E" w14:textId="77777777" w:rsidR="00CF0C24" w:rsidRPr="00CF0C24" w:rsidRDefault="00CF0C24" w:rsidP="00CF0C24">
      <w:pPr>
        <w:autoSpaceDE w:val="0"/>
        <w:autoSpaceDN w:val="0"/>
        <w:adjustRightInd w:val="0"/>
        <w:spacing w:before="100" w:beforeAutospacing="1" w:line="256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2AF48D1" w14:textId="54094405" w:rsidR="00CF0C24" w:rsidRPr="00CF0C24" w:rsidRDefault="00CF0C24" w:rsidP="00CF0C24">
      <w:pPr>
        <w:autoSpaceDE w:val="0"/>
        <w:autoSpaceDN w:val="0"/>
        <w:adjustRightInd w:val="0"/>
        <w:spacing w:before="100" w:beforeAutospacing="1" w:line="256" w:lineRule="auto"/>
        <w:ind w:firstLine="284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Zgodnie z art. 13 ust. 1 ogólnego rozporządzenia o ochronie danych osobowych z dnia </w:t>
      </w:r>
      <w:r w:rsidRPr="00CF0C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 dalej Rozporządzenie 2016/679) zwanym dalej („RODO”), poniżej przekazujemy informacje dotyczące przetwarzania danych osobowych zawartych w dokumentach składanych przez Uczestników </w:t>
      </w:r>
      <w:r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k</w:t>
      </w:r>
      <w:r w:rsidRPr="00CF0C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onkursu</w:t>
      </w:r>
      <w:r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 fotograficznego.</w:t>
      </w:r>
      <w:r w:rsidRPr="00CF0C24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 </w:t>
      </w:r>
    </w:p>
    <w:p w14:paraId="598942E8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administratorem Pani/Pana danych osobowych jest Burmistrz Reszla z siedzibą </w:t>
      </w: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br/>
        <w:t>w Urzędzie Gminy w Reszlu przy ul. Rynek 24 w Reszlu (11-440);</w:t>
      </w:r>
    </w:p>
    <w:p w14:paraId="01D894FA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kontakt z Inspektorem Ochrony Danych -  </w:t>
      </w:r>
      <w:hyperlink r:id="rId6" w:history="1">
        <w:r w:rsidRPr="00CF0C24">
          <w:rPr>
            <w:rFonts w:ascii="Times New Roman" w:eastAsia="Times New Roman" w:hAnsi="Times New Roman" w:cs="Times New Roman"/>
            <w:bCs/>
            <w:color w:val="0000FF" w:themeColor="hyperlink"/>
            <w:kern w:val="36"/>
            <w:sz w:val="24"/>
            <w:szCs w:val="24"/>
            <w:u w:val="single"/>
          </w:rPr>
          <w:t>iod@gminareszel.pl</w:t>
        </w:r>
      </w:hyperlink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;</w:t>
      </w:r>
    </w:p>
    <w:p w14:paraId="6CD7F45D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Pani/Pana dane osobowe przetwarzane będą w celu realizacji udziału w konkursie - na podstawie Art. 6 ust. 1 lit. b ogólnego rozporządzenia o ochronie danych osobowych z dnia </w:t>
      </w: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br/>
        <w:t>27 kwietnia 2016 r.;</w:t>
      </w:r>
    </w:p>
    <w:p w14:paraId="33C680CF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odbiorcami Pani/Pana danych osobowych będą wyłącznie podmioty upoważnione </w:t>
      </w: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br/>
        <w:t>na podstawie przepisów prawa;</w:t>
      </w:r>
    </w:p>
    <w:p w14:paraId="61485AB1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Pani/Pana dane osobowe przechowywane będą przez okres 5 lat / lub w oparciu </w:t>
      </w: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br/>
        <w:t>o uzasadniony interes realizowany przez administratora;</w:t>
      </w:r>
    </w:p>
    <w:p w14:paraId="2FCC1BCF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posiada Pani/Pan prawo do żądania od administratora dostępu do danych osobowych, ich sprostowania, usunięcia lub ograniczenia przetwarzania;</w:t>
      </w:r>
    </w:p>
    <w:p w14:paraId="44539011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ma Pani/Pan prawo wniesienia skargi do organu nadzorczego;</w:t>
      </w:r>
    </w:p>
    <w:p w14:paraId="54CABB09" w14:textId="77777777" w:rsidR="00CF0C24" w:rsidRPr="00CF0C24" w:rsidRDefault="00CF0C24" w:rsidP="00CF0C24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F0C2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podanie danych osobowych jest dobrowolne, jednakże odmowa podania danych może skutkować odmową udziału w konkursie.</w:t>
      </w:r>
    </w:p>
    <w:p w14:paraId="11722205" w14:textId="77777777" w:rsidR="00CF0C24" w:rsidRPr="00B4508E" w:rsidRDefault="00CF0C24">
      <w:pPr>
        <w:rPr>
          <w:rFonts w:ascii="Times New Roman" w:hAnsi="Times New Roman" w:cs="Times New Roman"/>
          <w:sz w:val="24"/>
          <w:szCs w:val="24"/>
        </w:rPr>
      </w:pPr>
    </w:p>
    <w:sectPr w:rsidR="00CF0C24" w:rsidRPr="00B4508E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A869E8"/>
    <w:multiLevelType w:val="hybridMultilevel"/>
    <w:tmpl w:val="B172EE10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0F364A70"/>
    <w:multiLevelType w:val="hybridMultilevel"/>
    <w:tmpl w:val="0FA45D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4C912A5"/>
    <w:multiLevelType w:val="hybridMultilevel"/>
    <w:tmpl w:val="ED5800CC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05" w:hanging="360"/>
      </w:pPr>
    </w:lvl>
    <w:lvl w:ilvl="2" w:tplc="0415001B" w:tentative="1">
      <w:start w:val="1"/>
      <w:numFmt w:val="lowerRoman"/>
      <w:lvlText w:val="%3."/>
      <w:lvlJc w:val="right"/>
      <w:pPr>
        <w:ind w:left="1725" w:hanging="180"/>
      </w:pPr>
    </w:lvl>
    <w:lvl w:ilvl="3" w:tplc="0415000F" w:tentative="1">
      <w:start w:val="1"/>
      <w:numFmt w:val="decimal"/>
      <w:lvlText w:val="%4."/>
      <w:lvlJc w:val="left"/>
      <w:pPr>
        <w:ind w:left="2445" w:hanging="360"/>
      </w:pPr>
    </w:lvl>
    <w:lvl w:ilvl="4" w:tplc="04150019" w:tentative="1">
      <w:start w:val="1"/>
      <w:numFmt w:val="lowerLetter"/>
      <w:lvlText w:val="%5."/>
      <w:lvlJc w:val="left"/>
      <w:pPr>
        <w:ind w:left="3165" w:hanging="360"/>
      </w:pPr>
    </w:lvl>
    <w:lvl w:ilvl="5" w:tplc="0415001B" w:tentative="1">
      <w:start w:val="1"/>
      <w:numFmt w:val="lowerRoman"/>
      <w:lvlText w:val="%6."/>
      <w:lvlJc w:val="right"/>
      <w:pPr>
        <w:ind w:left="3885" w:hanging="180"/>
      </w:pPr>
    </w:lvl>
    <w:lvl w:ilvl="6" w:tplc="0415000F" w:tentative="1">
      <w:start w:val="1"/>
      <w:numFmt w:val="decimal"/>
      <w:lvlText w:val="%7."/>
      <w:lvlJc w:val="left"/>
      <w:pPr>
        <w:ind w:left="4605" w:hanging="360"/>
      </w:pPr>
    </w:lvl>
    <w:lvl w:ilvl="7" w:tplc="04150019" w:tentative="1">
      <w:start w:val="1"/>
      <w:numFmt w:val="lowerLetter"/>
      <w:lvlText w:val="%8."/>
      <w:lvlJc w:val="left"/>
      <w:pPr>
        <w:ind w:left="5325" w:hanging="360"/>
      </w:pPr>
    </w:lvl>
    <w:lvl w:ilvl="8" w:tplc="0415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12" w15:restartNumberingAfterBreak="0">
    <w:nsid w:val="267513F7"/>
    <w:multiLevelType w:val="hybridMultilevel"/>
    <w:tmpl w:val="21B4567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95E2442"/>
    <w:multiLevelType w:val="hybridMultilevel"/>
    <w:tmpl w:val="BE7048B6"/>
    <w:lvl w:ilvl="0" w:tplc="EEF489B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C1A59"/>
    <w:multiLevelType w:val="hybridMultilevel"/>
    <w:tmpl w:val="1A302422"/>
    <w:lvl w:ilvl="0" w:tplc="2570AA0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77701DE"/>
    <w:multiLevelType w:val="hybridMultilevel"/>
    <w:tmpl w:val="B7C8FD24"/>
    <w:lvl w:ilvl="0" w:tplc="2570AA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394977">
    <w:abstractNumId w:val="8"/>
  </w:num>
  <w:num w:numId="2" w16cid:durableId="1262106214">
    <w:abstractNumId w:val="6"/>
  </w:num>
  <w:num w:numId="3" w16cid:durableId="171796152">
    <w:abstractNumId w:val="5"/>
  </w:num>
  <w:num w:numId="4" w16cid:durableId="1326520277">
    <w:abstractNumId w:val="4"/>
  </w:num>
  <w:num w:numId="5" w16cid:durableId="864251810">
    <w:abstractNumId w:val="7"/>
  </w:num>
  <w:num w:numId="6" w16cid:durableId="1848060872">
    <w:abstractNumId w:val="3"/>
  </w:num>
  <w:num w:numId="7" w16cid:durableId="1880434303">
    <w:abstractNumId w:val="2"/>
  </w:num>
  <w:num w:numId="8" w16cid:durableId="1418139247">
    <w:abstractNumId w:val="1"/>
  </w:num>
  <w:num w:numId="9" w16cid:durableId="731005615">
    <w:abstractNumId w:val="0"/>
  </w:num>
  <w:num w:numId="10" w16cid:durableId="641234425">
    <w:abstractNumId w:val="11"/>
  </w:num>
  <w:num w:numId="11" w16cid:durableId="242419434">
    <w:abstractNumId w:val="12"/>
  </w:num>
  <w:num w:numId="12" w16cid:durableId="1547646780">
    <w:abstractNumId w:val="13"/>
  </w:num>
  <w:num w:numId="13" w16cid:durableId="132911894">
    <w:abstractNumId w:val="14"/>
  </w:num>
  <w:num w:numId="14" w16cid:durableId="1641229317">
    <w:abstractNumId w:val="15"/>
  </w:num>
  <w:num w:numId="15" w16cid:durableId="701712497">
    <w:abstractNumId w:val="9"/>
  </w:num>
  <w:num w:numId="16" w16cid:durableId="574866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54A"/>
    <w:rsid w:val="0029639D"/>
    <w:rsid w:val="00326F90"/>
    <w:rsid w:val="007C65AA"/>
    <w:rsid w:val="00AA1D8D"/>
    <w:rsid w:val="00B44441"/>
    <w:rsid w:val="00B4508E"/>
    <w:rsid w:val="00B47730"/>
    <w:rsid w:val="00CB0664"/>
    <w:rsid w:val="00CF0C24"/>
    <w:rsid w:val="00E54F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44511"/>
  <w14:defaultImageDpi w14:val="300"/>
  <w15:docId w15:val="{B83AB074-BFA7-49BC-BB07-ED3AE81CF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gminareszel.pl%C2%A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Chamik</cp:lastModifiedBy>
  <cp:revision>2</cp:revision>
  <dcterms:created xsi:type="dcterms:W3CDTF">2026-09-24T07:12:00Z</dcterms:created>
  <dcterms:modified xsi:type="dcterms:W3CDTF">2026-09-24T07:12:00Z</dcterms:modified>
  <cp:category/>
</cp:coreProperties>
</file>